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Sinhala Typing Sample Document</w:t>
      </w:r>
    </w:p>
    <w:p>
      <w:r>
        <w:br/>
        <w:t xml:space="preserve">මෙය මගේ සිංහල ටයිපින් කාර්යයන්හි සාම්පලයකි. මෙය මම Unicode Sinhala අකුරු භාවිතයෙන් වේගවත් ලෙස හා නිවැරදිව ටයිප් කර ඇත. </w:t>
        <w:br/>
        <w:t xml:space="preserve">ඔබට අවශ්‍ය නම්, ඔබේ අතින් ලියූ ලියවිලි හෝ PDF ගොනු වර්ඩ් (Word) ලියවිලිවලට පරිවර්තනය කර දිය හැක. </w:t>
        <w:br/>
        <w:t>ඔබගේ ලියවිලි පැහැදිලිව, නිවැරදිව, සහ වේලාවටම සම්පූර්ණ කර දීමට මම වග බලාගන්නෙමි.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  <w:rPr>
      <w:sz w:val="24"/>
    </w:rPr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